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CAB60" w14:textId="77777777" w:rsidR="00576316" w:rsidRDefault="00576316" w:rsidP="00576316">
      <w:pPr>
        <w:rPr>
          <w:lang w:eastAsia="ja-JP"/>
        </w:rPr>
      </w:pPr>
      <w:r>
        <w:rPr>
          <w:rFonts w:hint="eastAsia"/>
          <w:lang w:eastAsia="ja-JP"/>
        </w:rPr>
        <w:t>（様式１）</w:t>
      </w:r>
    </w:p>
    <w:p w14:paraId="4427768A" w14:textId="77777777" w:rsidR="00576316" w:rsidRDefault="00576316" w:rsidP="00576316">
      <w:pPr>
        <w:jc w:val="center"/>
        <w:rPr>
          <w:lang w:eastAsia="ja-JP"/>
        </w:rPr>
      </w:pPr>
      <w:r>
        <w:rPr>
          <w:rFonts w:hint="eastAsia"/>
          <w:lang w:eastAsia="ja-JP"/>
        </w:rPr>
        <w:t>なら食と農の魅力創造国際大学校フードクリエイティブ学科</w:t>
      </w:r>
    </w:p>
    <w:p w14:paraId="38FB5EEE" w14:textId="77777777" w:rsidR="00576316" w:rsidRDefault="00576316" w:rsidP="00576316">
      <w:pPr>
        <w:jc w:val="center"/>
        <w:rPr>
          <w:lang w:eastAsia="ja-JP"/>
        </w:rPr>
      </w:pPr>
      <w:r>
        <w:rPr>
          <w:rFonts w:hint="eastAsia"/>
          <w:lang w:eastAsia="ja-JP"/>
        </w:rPr>
        <w:t>奈良県内開業・就業支援事業補助金　事前相談書</w:t>
      </w:r>
    </w:p>
    <w:p w14:paraId="1E759F4A" w14:textId="77777777" w:rsidR="00576316" w:rsidRDefault="00576316" w:rsidP="00576316">
      <w:pPr>
        <w:jc w:val="right"/>
        <w:rPr>
          <w:lang w:eastAsia="ja-JP"/>
        </w:rPr>
      </w:pPr>
      <w:r>
        <w:rPr>
          <w:rFonts w:hint="eastAsia"/>
          <w:lang w:eastAsia="ja-JP"/>
        </w:rPr>
        <w:t>年　　月　　日</w:t>
      </w:r>
    </w:p>
    <w:p w14:paraId="216C90A8" w14:textId="77777777" w:rsidR="00576316" w:rsidRDefault="00576316" w:rsidP="00576316">
      <w:pPr>
        <w:rPr>
          <w:lang w:eastAsia="ja-JP"/>
        </w:rPr>
      </w:pPr>
      <w:r>
        <w:rPr>
          <w:rFonts w:hint="eastAsia"/>
          <w:lang w:eastAsia="ja-JP"/>
        </w:rPr>
        <w:t>なら食と農の魅力創造国際大学校　副校長殿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5230"/>
      </w:tblGrid>
      <w:tr w:rsidR="00576316" w14:paraId="2FADA752" w14:textId="77777777" w:rsidTr="005763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4E67" w14:textId="77777777" w:rsidR="00576316" w:rsidRDefault="00576316">
            <w:pPr>
              <w:spacing w:after="0" w:line="240" w:lineRule="auto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①</w:t>
            </w:r>
            <w:r>
              <w:rPr>
                <w:lang w:eastAsia="ja-JP"/>
              </w:rPr>
              <w:t xml:space="preserve"> </w:t>
            </w:r>
            <w:r>
              <w:rPr>
                <w:rFonts w:hint="eastAsia"/>
                <w:lang w:eastAsia="ja-JP"/>
              </w:rPr>
              <w:t>相談者氏名（フリガナ）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A94B" w14:textId="77777777" w:rsidR="00576316" w:rsidRDefault="00576316">
            <w:pPr>
              <w:rPr>
                <w:lang w:eastAsia="ja-JP"/>
              </w:rPr>
            </w:pPr>
          </w:p>
        </w:tc>
      </w:tr>
      <w:tr w:rsidR="00576316" w14:paraId="0AA49D08" w14:textId="77777777" w:rsidTr="005763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BF0B" w14:textId="77777777" w:rsidR="00576316" w:rsidRDefault="00576316">
            <w:pPr>
              <w:spacing w:after="0" w:line="240" w:lineRule="auto"/>
              <w:jc w:val="both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②</w:t>
            </w:r>
            <w:r>
              <w:rPr>
                <w:lang w:eastAsia="ja-JP"/>
              </w:rPr>
              <w:t xml:space="preserve"> </w:t>
            </w:r>
            <w:r>
              <w:rPr>
                <w:rFonts w:hint="eastAsia"/>
                <w:lang w:eastAsia="ja-JP"/>
              </w:rPr>
              <w:t>郵便番号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E30F" w14:textId="77777777" w:rsidR="00576316" w:rsidRDefault="00576316">
            <w:pPr>
              <w:rPr>
                <w:lang w:eastAsia="ja-JP"/>
              </w:rPr>
            </w:pPr>
          </w:p>
        </w:tc>
      </w:tr>
      <w:tr w:rsidR="00576316" w14:paraId="0BCAE5D8" w14:textId="77777777" w:rsidTr="005763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E291" w14:textId="77777777" w:rsidR="00576316" w:rsidRDefault="00576316">
            <w:pPr>
              <w:spacing w:after="0" w:line="240" w:lineRule="auto"/>
              <w:jc w:val="both"/>
            </w:pPr>
            <w:r>
              <w:rPr>
                <w:rFonts w:hint="eastAsia"/>
                <w:lang w:eastAsia="ja-JP"/>
              </w:rPr>
              <w:t>③</w:t>
            </w:r>
            <w:r>
              <w:rPr>
                <w:lang w:eastAsia="ja-JP"/>
              </w:rPr>
              <w:t xml:space="preserve"> </w:t>
            </w:r>
            <w:proofErr w:type="spellStart"/>
            <w:r>
              <w:rPr>
                <w:rFonts w:hint="eastAsia"/>
              </w:rPr>
              <w:t>住所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CA64" w14:textId="77777777" w:rsidR="00576316" w:rsidRDefault="00576316">
            <w:pPr>
              <w:rPr>
                <w:lang w:eastAsia="ja-JP"/>
              </w:rPr>
            </w:pPr>
          </w:p>
          <w:p w14:paraId="31C91F84" w14:textId="77777777" w:rsidR="00576316" w:rsidRDefault="00576316">
            <w:pPr>
              <w:rPr>
                <w:lang w:eastAsia="ja-JP"/>
              </w:rPr>
            </w:pPr>
          </w:p>
        </w:tc>
      </w:tr>
      <w:tr w:rsidR="00576316" w14:paraId="595FAE68" w14:textId="77777777" w:rsidTr="005763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4F9D" w14:textId="77777777" w:rsidR="00576316" w:rsidRDefault="00576316">
            <w:pPr>
              <w:spacing w:after="0" w:line="240" w:lineRule="auto"/>
              <w:jc w:val="both"/>
            </w:pPr>
            <w:r>
              <w:rPr>
                <w:rFonts w:hint="eastAsia"/>
                <w:lang w:eastAsia="ja-JP"/>
              </w:rPr>
              <w:t>④</w:t>
            </w:r>
            <w:r>
              <w:rPr>
                <w:lang w:eastAsia="ja-JP"/>
              </w:rPr>
              <w:t xml:space="preserve"> </w:t>
            </w:r>
            <w:proofErr w:type="spellStart"/>
            <w:r>
              <w:rPr>
                <w:rFonts w:hint="eastAsia"/>
              </w:rPr>
              <w:t>電話番号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D9BC" w14:textId="77777777" w:rsidR="00576316" w:rsidRDefault="00576316"/>
        </w:tc>
      </w:tr>
      <w:tr w:rsidR="00576316" w14:paraId="4792CEAA" w14:textId="77777777" w:rsidTr="005763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A399" w14:textId="77777777" w:rsidR="00576316" w:rsidRDefault="00576316">
            <w:pPr>
              <w:spacing w:after="0" w:line="240" w:lineRule="auto"/>
              <w:jc w:val="both"/>
            </w:pPr>
            <w:r>
              <w:rPr>
                <w:rFonts w:hint="eastAsia"/>
                <w:lang w:eastAsia="ja-JP"/>
              </w:rPr>
              <w:t>⑤</w:t>
            </w:r>
            <w:r>
              <w:rPr>
                <w:lang w:eastAsia="ja-JP"/>
              </w:rPr>
              <w:t xml:space="preserve"> </w:t>
            </w:r>
            <w:proofErr w:type="spellStart"/>
            <w:r>
              <w:rPr>
                <w:rFonts w:hint="eastAsia"/>
              </w:rPr>
              <w:t>メールアドレス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F9ED" w14:textId="77777777" w:rsidR="00576316" w:rsidRDefault="00576316"/>
        </w:tc>
      </w:tr>
      <w:tr w:rsidR="00576316" w14:paraId="50A8FEBB" w14:textId="77777777" w:rsidTr="005763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3A3B" w14:textId="77777777" w:rsidR="00576316" w:rsidRDefault="00576316">
            <w:pPr>
              <w:spacing w:after="0" w:line="240" w:lineRule="auto"/>
              <w:jc w:val="both"/>
            </w:pPr>
            <w:r>
              <w:rPr>
                <w:rFonts w:hint="eastAsia"/>
                <w:lang w:eastAsia="ja-JP"/>
              </w:rPr>
              <w:t>⑥</w:t>
            </w:r>
            <w:r>
              <w:rPr>
                <w:lang w:eastAsia="ja-JP"/>
              </w:rPr>
              <w:t xml:space="preserve"> </w:t>
            </w:r>
            <w:proofErr w:type="spellStart"/>
            <w:r>
              <w:rPr>
                <w:rFonts w:hint="eastAsia"/>
              </w:rPr>
              <w:t>卒業年月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C78A" w14:textId="77777777" w:rsidR="00576316" w:rsidRDefault="00576316">
            <w:pPr>
              <w:rPr>
                <w:lang w:eastAsia="ja-JP"/>
              </w:rPr>
            </w:pPr>
          </w:p>
        </w:tc>
      </w:tr>
    </w:tbl>
    <w:p w14:paraId="7E4120AD" w14:textId="77777777" w:rsidR="00576316" w:rsidRDefault="00576316" w:rsidP="00576316">
      <w:pPr>
        <w:rPr>
          <w:lang w:eastAsia="ja-JP"/>
        </w:rPr>
      </w:pPr>
    </w:p>
    <w:p w14:paraId="238F7766" w14:textId="77777777" w:rsidR="00576316" w:rsidRDefault="00576316" w:rsidP="00576316">
      <w:pPr>
        <w:rPr>
          <w:rFonts w:asciiTheme="majorEastAsia" w:eastAsiaTheme="majorEastAsia" w:hAnsiTheme="majorEastAsia"/>
          <w:b/>
          <w:bCs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lang w:eastAsia="ja-JP"/>
        </w:rPr>
        <w:t>１　相談区分（該当するものに〇）</w:t>
      </w:r>
    </w:p>
    <w:p w14:paraId="51E442EB" w14:textId="77777777" w:rsidR="00576316" w:rsidRDefault="00576316" w:rsidP="00576316">
      <w:pPr>
        <w:rPr>
          <w:lang w:eastAsia="ja-JP"/>
        </w:rPr>
      </w:pPr>
      <w:r>
        <w:rPr>
          <w:rFonts w:hint="eastAsia"/>
          <w:lang w:eastAsia="ja-JP"/>
        </w:rPr>
        <w:t xml:space="preserve">　（　　）　奈良県内における飲食店等の開業に関する相談</w:t>
      </w:r>
    </w:p>
    <w:p w14:paraId="3CE81A6C" w14:textId="77777777" w:rsidR="00576316" w:rsidRDefault="00576316" w:rsidP="00576316">
      <w:pPr>
        <w:rPr>
          <w:lang w:eastAsia="ja-JP"/>
        </w:rPr>
      </w:pPr>
      <w:r>
        <w:rPr>
          <w:rFonts w:hint="eastAsia"/>
          <w:lang w:eastAsia="ja-JP"/>
        </w:rPr>
        <w:t xml:space="preserve">　（　　）　奈良県内における飲食店等への就業に関する相談</w:t>
      </w:r>
    </w:p>
    <w:p w14:paraId="2F4A6E0A" w14:textId="77777777" w:rsidR="00576316" w:rsidRDefault="00576316" w:rsidP="00576316">
      <w:pPr>
        <w:rPr>
          <w:lang w:eastAsia="ja-JP"/>
        </w:rPr>
      </w:pPr>
      <w:r>
        <w:rPr>
          <w:rFonts w:hint="eastAsia"/>
          <w:lang w:eastAsia="ja-JP"/>
        </w:rPr>
        <w:t xml:space="preserve">　（　　）　その他（　　　　　　　　　　　　　　　　　　　　　　　　　　　）</w:t>
      </w:r>
    </w:p>
    <w:p w14:paraId="556C3013" w14:textId="77777777" w:rsidR="00576316" w:rsidRDefault="00576316" w:rsidP="00576316">
      <w:pPr>
        <w:rPr>
          <w:lang w:eastAsia="ja-JP"/>
        </w:rPr>
      </w:pPr>
    </w:p>
    <w:p w14:paraId="327D3CD1" w14:textId="77777777" w:rsidR="00576316" w:rsidRDefault="00576316" w:rsidP="00576316">
      <w:pPr>
        <w:rPr>
          <w:rFonts w:asciiTheme="majorEastAsia" w:eastAsiaTheme="majorEastAsia" w:hAnsiTheme="majorEastAsia"/>
          <w:b/>
          <w:bCs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lang w:eastAsia="ja-JP"/>
        </w:rPr>
        <w:t>２　開業・就業の予定内容</w:t>
      </w:r>
    </w:p>
    <w:p w14:paraId="0992F7B2" w14:textId="77777777" w:rsidR="00576316" w:rsidRDefault="00576316" w:rsidP="00576316">
      <w:pPr>
        <w:rPr>
          <w:lang w:eastAsia="ja-JP"/>
        </w:rPr>
      </w:pPr>
      <w:r>
        <w:rPr>
          <w:rFonts w:hint="eastAsia"/>
          <w:lang w:eastAsia="ja-JP"/>
        </w:rPr>
        <w:t>（１）開業を予定している場合</w:t>
      </w:r>
    </w:p>
    <w:tbl>
      <w:tblPr>
        <w:tblStyle w:val="afe"/>
        <w:tblW w:w="0" w:type="auto"/>
        <w:tblInd w:w="392" w:type="dxa"/>
        <w:tblLook w:val="04A0" w:firstRow="1" w:lastRow="0" w:firstColumn="1" w:lastColumn="0" w:noHBand="0" w:noVBand="1"/>
      </w:tblPr>
      <w:tblGrid>
        <w:gridCol w:w="3311"/>
        <w:gridCol w:w="4826"/>
      </w:tblGrid>
      <w:tr w:rsidR="00576316" w14:paraId="3ADCE23A" w14:textId="77777777" w:rsidTr="0057631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0C01" w14:textId="77777777" w:rsidR="00576316" w:rsidRDefault="00576316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①</w:t>
            </w:r>
            <w:r>
              <w:rPr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lang w:eastAsia="ja-JP"/>
              </w:rPr>
              <w:t>予定開業日（目安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5FE0" w14:textId="77777777" w:rsidR="00576316" w:rsidRDefault="00576316">
            <w:pPr>
              <w:ind w:firstLineChars="700" w:firstLine="1540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年　　月　　日</w:t>
            </w:r>
            <w:r>
              <w:rPr>
                <w:rFonts w:hint="eastAsia"/>
                <w:lang w:eastAsia="ja-JP"/>
              </w:rPr>
              <w:t>頃</w:t>
            </w:r>
          </w:p>
        </w:tc>
      </w:tr>
      <w:tr w:rsidR="00576316" w14:paraId="723BBA3B" w14:textId="77777777" w:rsidTr="0057631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9A58" w14:textId="77777777" w:rsidR="00576316" w:rsidRDefault="00576316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②</w:t>
            </w:r>
            <w:r>
              <w:rPr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lang w:eastAsia="ja-JP"/>
              </w:rPr>
              <w:t>予定所在地（市町村名まで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028E" w14:textId="77777777" w:rsidR="00576316" w:rsidRDefault="00576316">
            <w:pPr>
              <w:rPr>
                <w:lang w:eastAsia="ja-JP"/>
              </w:rPr>
            </w:pPr>
          </w:p>
        </w:tc>
      </w:tr>
      <w:tr w:rsidR="00576316" w14:paraId="1690C2DA" w14:textId="77777777" w:rsidTr="00576316">
        <w:trPr>
          <w:trHeight w:val="125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44F8F" w14:textId="77777777" w:rsidR="00576316" w:rsidRDefault="00576316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③</w:t>
            </w:r>
            <w:r>
              <w:rPr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lang w:eastAsia="ja-JP"/>
              </w:rPr>
              <w:t>業態・業</w:t>
            </w:r>
            <w:r>
              <w:rPr>
                <w:rFonts w:hint="eastAsia"/>
                <w:lang w:eastAsia="ja-JP"/>
              </w:rPr>
              <w:t>種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10F8" w14:textId="77777777" w:rsidR="00576316" w:rsidRDefault="00576316">
            <w:pPr>
              <w:rPr>
                <w:lang w:eastAsia="ja-JP"/>
              </w:rPr>
            </w:pPr>
            <w:r>
              <w:rPr>
                <w:lang w:eastAsia="ja-JP"/>
              </w:rPr>
              <w:t>(</w:t>
            </w:r>
            <w:r>
              <w:rPr>
                <w:rFonts w:ascii="ＭＳ 明朝" w:eastAsia="ＭＳ 明朝" w:hAnsi="ＭＳ 明朝" w:cs="ＭＳ 明朝" w:hint="eastAsia"/>
                <w:lang w:eastAsia="ja-JP"/>
              </w:rPr>
              <w:t>例：ｶﾌｪ、ﾚｽﾄﾗﾝ、旅館、民宿　等</w:t>
            </w:r>
            <w:r>
              <w:rPr>
                <w:rFonts w:hint="eastAsia"/>
                <w:lang w:eastAsia="ja-JP"/>
              </w:rPr>
              <w:t>）</w:t>
            </w:r>
          </w:p>
        </w:tc>
      </w:tr>
      <w:tr w:rsidR="00576316" w14:paraId="5E99A909" w14:textId="77777777" w:rsidTr="0057631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E6FB" w14:textId="77777777" w:rsidR="00576316" w:rsidRDefault="00576316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④</w:t>
            </w:r>
            <w:r>
              <w:rPr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lang w:eastAsia="ja-JP"/>
              </w:rPr>
              <w:t>共同経営予定の有</w:t>
            </w:r>
            <w:r>
              <w:rPr>
                <w:rFonts w:hint="eastAsia"/>
                <w:lang w:eastAsia="ja-JP"/>
              </w:rPr>
              <w:t>無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1775" w14:textId="77777777" w:rsidR="00576316" w:rsidRDefault="00576316">
            <w:pPr>
              <w:ind w:firstLineChars="300" w:firstLine="660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 xml:space="preserve">有　・　</w:t>
            </w:r>
            <w:r>
              <w:rPr>
                <w:rFonts w:hint="eastAsia"/>
                <w:lang w:eastAsia="ja-JP"/>
              </w:rPr>
              <w:t>無</w:t>
            </w:r>
          </w:p>
        </w:tc>
      </w:tr>
      <w:tr w:rsidR="00576316" w14:paraId="7CD9C75E" w14:textId="77777777" w:rsidTr="0057631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ADB0" w14:textId="77777777" w:rsidR="00576316" w:rsidRDefault="00576316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⑤</w:t>
            </w:r>
            <w:r>
              <w:rPr>
                <w:rFonts w:ascii="ＭＳ 明朝" w:eastAsia="ＭＳ 明朝" w:hAnsi="ＭＳ 明朝" w:cs="ＭＳ 明朝" w:hint="eastAsia"/>
                <w:lang w:eastAsia="ja-JP"/>
              </w:rPr>
              <w:t>開業</w:t>
            </w:r>
            <w:r>
              <w:rPr>
                <w:lang w:eastAsia="ja-JP"/>
              </w:rPr>
              <w:t>/</w:t>
            </w:r>
            <w:r>
              <w:rPr>
                <w:rFonts w:ascii="ＭＳ 明朝" w:eastAsia="ＭＳ 明朝" w:hAnsi="ＭＳ 明朝" w:cs="ＭＳ 明朝" w:hint="eastAsia"/>
                <w:lang w:eastAsia="ja-JP"/>
              </w:rPr>
              <w:t>事業承</w:t>
            </w:r>
            <w:r>
              <w:rPr>
                <w:rFonts w:hint="eastAsia"/>
                <w:lang w:eastAsia="ja-JP"/>
              </w:rPr>
              <w:t>継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21699" w14:textId="77777777" w:rsidR="00576316" w:rsidRDefault="00576316">
            <w:pPr>
              <w:ind w:firstLineChars="250" w:firstLine="550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新規開業　・　事業承継　・　第二創</w:t>
            </w:r>
            <w:r>
              <w:rPr>
                <w:rFonts w:hint="eastAsia"/>
                <w:lang w:eastAsia="ja-JP"/>
              </w:rPr>
              <w:t>業</w:t>
            </w:r>
          </w:p>
        </w:tc>
      </w:tr>
    </w:tbl>
    <w:p w14:paraId="49C24E8B" w14:textId="77777777" w:rsidR="00576316" w:rsidRDefault="00576316" w:rsidP="00576316">
      <w:pPr>
        <w:rPr>
          <w:lang w:eastAsia="ja-JP"/>
        </w:rPr>
      </w:pPr>
    </w:p>
    <w:p w14:paraId="3E4C0BD4" w14:textId="77777777" w:rsidR="00576316" w:rsidRDefault="00576316" w:rsidP="00576316">
      <w:pPr>
        <w:rPr>
          <w:lang w:eastAsia="ja-JP"/>
        </w:rPr>
      </w:pPr>
      <w:r>
        <w:rPr>
          <w:lang w:eastAsia="ja-JP"/>
        </w:rPr>
        <w:br w:type="page"/>
      </w:r>
    </w:p>
    <w:p w14:paraId="066E9BFC" w14:textId="77777777" w:rsidR="00576316" w:rsidRDefault="00576316" w:rsidP="00576316">
      <w:pPr>
        <w:rPr>
          <w:lang w:eastAsia="ja-JP"/>
        </w:rPr>
      </w:pPr>
      <w:r>
        <w:rPr>
          <w:rFonts w:hint="eastAsia"/>
          <w:lang w:eastAsia="ja-JP"/>
        </w:rPr>
        <w:lastRenderedPageBreak/>
        <w:t>（２）就業期間（３年間以上）を満たす予定の場合</w:t>
      </w:r>
    </w:p>
    <w:tbl>
      <w:tblPr>
        <w:tblStyle w:val="afe"/>
        <w:tblW w:w="0" w:type="auto"/>
        <w:tblInd w:w="392" w:type="dxa"/>
        <w:tblLook w:val="04A0" w:firstRow="1" w:lastRow="0" w:firstColumn="1" w:lastColumn="0" w:noHBand="0" w:noVBand="1"/>
      </w:tblPr>
      <w:tblGrid>
        <w:gridCol w:w="3969"/>
        <w:gridCol w:w="4161"/>
      </w:tblGrid>
      <w:tr w:rsidR="00576316" w14:paraId="6EB693CE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CF76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就業開始時</w:t>
            </w:r>
            <w:r>
              <w:rPr>
                <w:rFonts w:hint="eastAsia"/>
                <w:lang w:eastAsia="ja-JP"/>
              </w:rPr>
              <w:t>期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D58E" w14:textId="77777777" w:rsidR="00576316" w:rsidRDefault="00576316">
            <w:pPr>
              <w:ind w:firstLineChars="500" w:firstLine="1100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 xml:space="preserve">年　　月　　</w:t>
            </w:r>
            <w:r>
              <w:rPr>
                <w:rFonts w:hint="eastAsia"/>
                <w:lang w:eastAsia="ja-JP"/>
              </w:rPr>
              <w:t>日</w:t>
            </w:r>
          </w:p>
        </w:tc>
      </w:tr>
      <w:tr w:rsidR="00576316" w14:paraId="2EA85E97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4343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就業期間（３年間以上）を満たす時</w:t>
            </w:r>
            <w:r>
              <w:rPr>
                <w:rFonts w:hint="eastAsia"/>
                <w:lang w:eastAsia="ja-JP"/>
              </w:rPr>
              <w:t>期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643D" w14:textId="77777777" w:rsidR="00576316" w:rsidRDefault="00576316">
            <w:pPr>
              <w:ind w:firstLineChars="500" w:firstLine="1100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 xml:space="preserve">年　　月　　</w:t>
            </w:r>
            <w:r>
              <w:rPr>
                <w:rFonts w:hint="eastAsia"/>
                <w:lang w:eastAsia="ja-JP"/>
              </w:rPr>
              <w:t>日</w:t>
            </w:r>
          </w:p>
        </w:tc>
      </w:tr>
      <w:tr w:rsidR="00576316" w14:paraId="7F9B77A9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85F3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就業先（事業者名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6C81" w14:textId="77777777" w:rsidR="00576316" w:rsidRDefault="00576316">
            <w:pPr>
              <w:rPr>
                <w:lang w:eastAsia="ja-JP"/>
              </w:rPr>
            </w:pPr>
          </w:p>
        </w:tc>
      </w:tr>
      <w:tr w:rsidR="00576316" w14:paraId="5C840410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96B1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勤務地（市町村名まで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C75C" w14:textId="77777777" w:rsidR="00576316" w:rsidRDefault="00576316">
            <w:pPr>
              <w:rPr>
                <w:lang w:eastAsia="ja-JP"/>
              </w:rPr>
            </w:pPr>
          </w:p>
        </w:tc>
      </w:tr>
      <w:tr w:rsidR="00576316" w14:paraId="7BDD65E9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CC61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職種（厚生労働省編職業分類の分類名が分かれば記載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74A9" w14:textId="77777777" w:rsidR="00576316" w:rsidRDefault="00576316">
            <w:pPr>
              <w:rPr>
                <w:lang w:eastAsia="ja-JP"/>
              </w:rPr>
            </w:pPr>
          </w:p>
        </w:tc>
      </w:tr>
    </w:tbl>
    <w:p w14:paraId="779B98C6" w14:textId="77777777" w:rsidR="00576316" w:rsidRDefault="00576316" w:rsidP="00576316">
      <w:pPr>
        <w:rPr>
          <w:lang w:eastAsia="ja-JP"/>
        </w:rPr>
      </w:pPr>
    </w:p>
    <w:p w14:paraId="2740CAF5" w14:textId="77777777" w:rsidR="00576316" w:rsidRDefault="00576316" w:rsidP="00576316">
      <w:pPr>
        <w:ind w:firstLineChars="200" w:firstLine="440"/>
        <w:rPr>
          <w:lang w:eastAsia="ja-JP"/>
        </w:rPr>
      </w:pPr>
      <w:r>
        <w:rPr>
          <w:rFonts w:hint="eastAsia"/>
          <w:lang w:eastAsia="ja-JP"/>
        </w:rPr>
        <w:t>就業期間（３年間以上）に転職等がある場合は、下記に適宜追加すること</w:t>
      </w:r>
    </w:p>
    <w:tbl>
      <w:tblPr>
        <w:tblStyle w:val="afe"/>
        <w:tblW w:w="0" w:type="auto"/>
        <w:tblInd w:w="392" w:type="dxa"/>
        <w:tblLook w:val="04A0" w:firstRow="1" w:lastRow="0" w:firstColumn="1" w:lastColumn="0" w:noHBand="0" w:noVBand="1"/>
      </w:tblPr>
      <w:tblGrid>
        <w:gridCol w:w="3969"/>
        <w:gridCol w:w="4161"/>
      </w:tblGrid>
      <w:tr w:rsidR="00576316" w14:paraId="06CF662E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E98C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就業開始時</w:t>
            </w:r>
            <w:r>
              <w:rPr>
                <w:rFonts w:hint="eastAsia"/>
                <w:lang w:eastAsia="ja-JP"/>
              </w:rPr>
              <w:t>期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AA2E" w14:textId="77777777" w:rsidR="00576316" w:rsidRDefault="00576316">
            <w:pPr>
              <w:ind w:firstLineChars="500" w:firstLine="1100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 xml:space="preserve">年　　月　　</w:t>
            </w:r>
            <w:r>
              <w:rPr>
                <w:rFonts w:hint="eastAsia"/>
                <w:lang w:eastAsia="ja-JP"/>
              </w:rPr>
              <w:t>日</w:t>
            </w:r>
          </w:p>
        </w:tc>
      </w:tr>
      <w:tr w:rsidR="00576316" w14:paraId="1BF19EFC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A06A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離職時</w:t>
            </w:r>
            <w:r>
              <w:rPr>
                <w:rFonts w:hint="eastAsia"/>
                <w:lang w:eastAsia="ja-JP"/>
              </w:rPr>
              <w:t>期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FB11" w14:textId="77777777" w:rsidR="00576316" w:rsidRDefault="00576316">
            <w:pPr>
              <w:ind w:firstLineChars="500" w:firstLine="1100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 xml:space="preserve">年　　月　　</w:t>
            </w:r>
            <w:r>
              <w:rPr>
                <w:rFonts w:hint="eastAsia"/>
                <w:lang w:eastAsia="ja-JP"/>
              </w:rPr>
              <w:t>日</w:t>
            </w:r>
          </w:p>
        </w:tc>
      </w:tr>
      <w:tr w:rsidR="00576316" w14:paraId="5741EFA5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DAED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就業先（事業者名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8479" w14:textId="77777777" w:rsidR="00576316" w:rsidRDefault="00576316">
            <w:pPr>
              <w:rPr>
                <w:lang w:eastAsia="ja-JP"/>
              </w:rPr>
            </w:pPr>
          </w:p>
        </w:tc>
      </w:tr>
      <w:tr w:rsidR="00576316" w14:paraId="3C59AA2E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770B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勤務地（市町村名まで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9C45" w14:textId="77777777" w:rsidR="00576316" w:rsidRDefault="00576316">
            <w:pPr>
              <w:rPr>
                <w:lang w:eastAsia="ja-JP"/>
              </w:rPr>
            </w:pPr>
          </w:p>
        </w:tc>
      </w:tr>
      <w:tr w:rsidR="00576316" w14:paraId="72EBB2DB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7981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職種（厚生労働省編職業分類の分類名が分かれば記載</w:t>
            </w:r>
            <w:r>
              <w:rPr>
                <w:rFonts w:hint="eastAsia"/>
                <w:lang w:eastAsia="ja-JP"/>
              </w:rPr>
              <w:t>）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3F0D" w14:textId="77777777" w:rsidR="00576316" w:rsidRDefault="00576316">
            <w:pPr>
              <w:rPr>
                <w:lang w:eastAsia="ja-JP"/>
              </w:rPr>
            </w:pPr>
          </w:p>
        </w:tc>
      </w:tr>
      <w:tr w:rsidR="00576316" w14:paraId="00936B48" w14:textId="77777777" w:rsidTr="0057631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734B" w14:textId="77777777" w:rsidR="00576316" w:rsidRDefault="00576316">
            <w:pPr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休業期</w:t>
            </w:r>
            <w:r>
              <w:rPr>
                <w:rFonts w:hint="eastAsia"/>
                <w:lang w:eastAsia="ja-JP"/>
              </w:rPr>
              <w:t>間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E846" w14:textId="77777777" w:rsidR="00576316" w:rsidRDefault="00576316">
            <w:pPr>
              <w:ind w:firstLineChars="500" w:firstLine="1100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年　　月　　日</w:t>
            </w:r>
            <w:r>
              <w:rPr>
                <w:rFonts w:hint="eastAsia"/>
                <w:lang w:eastAsia="ja-JP"/>
              </w:rPr>
              <w:t>～</w:t>
            </w:r>
          </w:p>
          <w:p w14:paraId="3AC3B214" w14:textId="77777777" w:rsidR="00576316" w:rsidRDefault="00576316">
            <w:pPr>
              <w:ind w:firstLineChars="700" w:firstLine="1540"/>
              <w:rPr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 xml:space="preserve">年　　月　　</w:t>
            </w:r>
            <w:r>
              <w:rPr>
                <w:rFonts w:hint="eastAsia"/>
                <w:lang w:eastAsia="ja-JP"/>
              </w:rPr>
              <w:t>日</w:t>
            </w:r>
          </w:p>
        </w:tc>
      </w:tr>
    </w:tbl>
    <w:p w14:paraId="32875D9B" w14:textId="77777777" w:rsidR="00576316" w:rsidRDefault="00576316" w:rsidP="00576316">
      <w:pPr>
        <w:rPr>
          <w:lang w:eastAsia="ja-JP"/>
        </w:rPr>
      </w:pPr>
    </w:p>
    <w:p w14:paraId="0E1EE2D9" w14:textId="77777777" w:rsidR="00576316" w:rsidRDefault="00576316" w:rsidP="00576316">
      <w:pPr>
        <w:rPr>
          <w:rFonts w:asciiTheme="majorEastAsia" w:eastAsiaTheme="majorEastAsia" w:hAnsiTheme="majorEastAsia"/>
          <w:b/>
          <w:bCs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lang w:eastAsia="ja-JP"/>
        </w:rPr>
        <w:t>３　補助金の申請予定時期</w:t>
      </w:r>
    </w:p>
    <w:p w14:paraId="51F14E26" w14:textId="77777777" w:rsidR="00576316" w:rsidRDefault="00576316" w:rsidP="00576316">
      <w:pPr>
        <w:rPr>
          <w:lang w:eastAsia="ja-JP"/>
        </w:rPr>
      </w:pPr>
      <w:r>
        <w:rPr>
          <w:rFonts w:hint="eastAsia"/>
          <w:lang w:eastAsia="ja-JP"/>
        </w:rPr>
        <w:t xml:space="preserve">　　・申請書（第１号様式）を提出しようとする予定日　　年　　月　　日頃</w:t>
      </w:r>
    </w:p>
    <w:p w14:paraId="314FE98D" w14:textId="77777777" w:rsidR="00576316" w:rsidRDefault="00576316" w:rsidP="00576316">
      <w:pPr>
        <w:rPr>
          <w:lang w:eastAsia="ja-JP"/>
        </w:rPr>
      </w:pPr>
      <w:r>
        <w:rPr>
          <w:rFonts w:hint="eastAsia"/>
          <w:lang w:eastAsia="ja-JP"/>
        </w:rPr>
        <w:t xml:space="preserve">　　</w:t>
      </w:r>
      <w:r>
        <w:rPr>
          <w:rFonts w:ascii="ＭＳ 明朝" w:eastAsia="ＭＳ 明朝" w:hAnsi="ＭＳ 明朝" w:cs="ＭＳ 明朝" w:hint="eastAsia"/>
          <w:lang w:eastAsia="ja-JP"/>
        </w:rPr>
        <w:t>※</w:t>
      </w:r>
      <w:r>
        <w:rPr>
          <w:rFonts w:hint="eastAsia"/>
          <w:lang w:eastAsia="ja-JP"/>
        </w:rPr>
        <w:t>起算日から４年以内に申請する必要があります。</w:t>
      </w:r>
    </w:p>
    <w:p w14:paraId="61BF8B01" w14:textId="77777777" w:rsidR="00576316" w:rsidRDefault="00576316" w:rsidP="00576316">
      <w:pPr>
        <w:rPr>
          <w:lang w:eastAsia="ja-JP"/>
        </w:rPr>
      </w:pPr>
    </w:p>
    <w:p w14:paraId="0C449BD4" w14:textId="77777777" w:rsidR="00576316" w:rsidRDefault="00576316" w:rsidP="00576316">
      <w:pPr>
        <w:rPr>
          <w:rFonts w:asciiTheme="majorEastAsia" w:eastAsiaTheme="majorEastAsia" w:hAnsiTheme="majorEastAsia"/>
          <w:b/>
          <w:bCs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lang w:eastAsia="ja-JP"/>
        </w:rPr>
        <w:t>４　相談内容</w:t>
      </w:r>
    </w:p>
    <w:p w14:paraId="3F1ACE29" w14:textId="77777777" w:rsidR="00576316" w:rsidRDefault="00576316" w:rsidP="00576316">
      <w:pPr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 xml:space="preserve">　　・補助金申請にあたっての事前の報告</w:t>
      </w:r>
    </w:p>
    <w:p w14:paraId="0263D2F0" w14:textId="77777777" w:rsidR="00576316" w:rsidRDefault="00576316" w:rsidP="00576316">
      <w:pPr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 xml:space="preserve">　　・補助金額（納付した授業料の２分の１の確認）</w:t>
      </w:r>
    </w:p>
    <w:p w14:paraId="4AA00512" w14:textId="77777777" w:rsidR="00576316" w:rsidRDefault="00576316" w:rsidP="00576316">
      <w:pPr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 xml:space="preserve">　　・その他（具体的に記入してください）</w:t>
      </w:r>
    </w:p>
    <w:p w14:paraId="77EF731B" w14:textId="77777777" w:rsidR="00576316" w:rsidRDefault="00576316" w:rsidP="00576316">
      <w:pPr>
        <w:rPr>
          <w:rFonts w:asciiTheme="majorEastAsia" w:eastAsiaTheme="majorEastAsia" w:hAnsiTheme="majorEastAsia"/>
          <w:b/>
          <w:bCs/>
          <w:lang w:eastAsia="ja-JP"/>
        </w:rPr>
      </w:pPr>
    </w:p>
    <w:tbl>
      <w:tblPr>
        <w:tblStyle w:val="afe"/>
        <w:tblW w:w="0" w:type="auto"/>
        <w:tblInd w:w="9" w:type="dxa"/>
        <w:tblLook w:val="04A0" w:firstRow="1" w:lastRow="0" w:firstColumn="1" w:lastColumn="0" w:noHBand="0" w:noVBand="1"/>
      </w:tblPr>
      <w:tblGrid>
        <w:gridCol w:w="8520"/>
      </w:tblGrid>
      <w:tr w:rsidR="00576316" w14:paraId="743BB727" w14:textId="77777777" w:rsidTr="00576316">
        <w:trPr>
          <w:trHeight w:val="1718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D569" w14:textId="77777777" w:rsidR="00576316" w:rsidRDefault="00576316">
            <w:r>
              <w:rPr>
                <w:rFonts w:ascii="ＭＳ 明朝" w:eastAsia="ＭＳ 明朝" w:hAnsi="ＭＳ 明朝" w:cs="ＭＳ 明朝" w:hint="eastAsia"/>
              </w:rPr>
              <w:t>【</w:t>
            </w:r>
            <w:r>
              <w:rPr>
                <w:rFonts w:ascii="ＭＳ 明朝" w:eastAsia="ＭＳ 明朝" w:hAnsi="ＭＳ 明朝" w:cs="ＭＳ 明朝" w:hint="eastAsia"/>
                <w:lang w:eastAsia="ja-JP"/>
              </w:rPr>
              <w:t>大学校</w:t>
            </w:r>
            <w:proofErr w:type="spellStart"/>
            <w:r>
              <w:rPr>
                <w:rFonts w:ascii="ＭＳ 明朝" w:eastAsia="ＭＳ 明朝" w:hAnsi="ＭＳ 明朝" w:cs="ＭＳ 明朝" w:hint="eastAsia"/>
              </w:rPr>
              <w:t>記入欄</w:t>
            </w:r>
            <w:proofErr w:type="spellEnd"/>
            <w:r>
              <w:rPr>
                <w:rFonts w:hint="eastAsia"/>
              </w:rPr>
              <w:t>】</w:t>
            </w:r>
          </w:p>
          <w:p w14:paraId="384AE7B3" w14:textId="77777777" w:rsidR="00576316" w:rsidRDefault="00576316"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proofErr w:type="spellStart"/>
            <w:r>
              <w:rPr>
                <w:rFonts w:ascii="ＭＳ 明朝" w:eastAsia="ＭＳ 明朝" w:hAnsi="ＭＳ 明朝" w:cs="ＭＳ 明朝" w:hint="eastAsia"/>
              </w:rPr>
              <w:t>受付日</w:t>
            </w:r>
            <w:proofErr w:type="spellEnd"/>
            <w:r>
              <w:rPr>
                <w:rFonts w:ascii="ＭＳ 明朝" w:eastAsia="ＭＳ 明朝" w:hAnsi="ＭＳ 明朝" w:cs="ＭＳ 明朝" w:hint="eastAsia"/>
              </w:rPr>
              <w:t xml:space="preserve">：　</w:t>
            </w:r>
            <w:r>
              <w:rPr>
                <w:rFonts w:ascii="ＭＳ 明朝" w:eastAsia="ＭＳ 明朝" w:hAnsi="ＭＳ 明朝" w:cs="ＭＳ 明朝" w:hint="eastAsia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 xml:space="preserve">　　年　　月　　</w:t>
            </w:r>
            <w:r>
              <w:rPr>
                <w:rFonts w:hint="eastAsia"/>
              </w:rPr>
              <w:t>日</w:t>
            </w:r>
          </w:p>
          <w:p w14:paraId="2CA78D9A" w14:textId="77777777" w:rsidR="00576316" w:rsidRDefault="00576316"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proofErr w:type="spellStart"/>
            <w:r>
              <w:rPr>
                <w:rFonts w:ascii="ＭＳ 明朝" w:eastAsia="ＭＳ 明朝" w:hAnsi="ＭＳ 明朝" w:cs="ＭＳ 明朝" w:hint="eastAsia"/>
              </w:rPr>
              <w:t>対応者</w:t>
            </w:r>
            <w:proofErr w:type="spellEnd"/>
            <w:r>
              <w:rPr>
                <w:rFonts w:ascii="ＭＳ 明朝" w:eastAsia="ＭＳ 明朝" w:hAnsi="ＭＳ 明朝" w:cs="ＭＳ 明朝" w:hint="eastAsia"/>
              </w:rPr>
              <w:t>：</w:t>
            </w:r>
            <w:r>
              <w:rPr>
                <w:rFonts w:hint="eastAsia"/>
              </w:rPr>
              <w:t xml:space="preserve">　</w:t>
            </w:r>
          </w:p>
          <w:p w14:paraId="32F0230A" w14:textId="77777777" w:rsidR="00576316" w:rsidRDefault="00576316"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proofErr w:type="spellStart"/>
            <w:r>
              <w:rPr>
                <w:rFonts w:ascii="ＭＳ 明朝" w:eastAsia="ＭＳ 明朝" w:hAnsi="ＭＳ 明朝" w:cs="ＭＳ 明朝" w:hint="eastAsia"/>
              </w:rPr>
              <w:t>確認事項</w:t>
            </w:r>
            <w:proofErr w:type="spellEnd"/>
            <w:r>
              <w:rPr>
                <w:rFonts w:hint="eastAsia"/>
              </w:rPr>
              <w:t>：</w:t>
            </w:r>
          </w:p>
          <w:p w14:paraId="417D0528" w14:textId="77777777" w:rsidR="00576316" w:rsidRDefault="00576316">
            <w:pPr>
              <w:rPr>
                <w:lang w:eastAsia="ja-JP"/>
              </w:rPr>
            </w:pPr>
          </w:p>
        </w:tc>
      </w:tr>
    </w:tbl>
    <w:p w14:paraId="14615F40" w14:textId="7E5B2A75" w:rsidR="00C76F2D" w:rsidRPr="00576316" w:rsidRDefault="00C76F2D" w:rsidP="00F96879">
      <w:pPr>
        <w:rPr>
          <w:rFonts w:hint="eastAsia"/>
          <w:lang w:eastAsia="ja-JP"/>
        </w:rPr>
      </w:pPr>
    </w:p>
    <w:sectPr w:rsidR="00C76F2D" w:rsidRPr="00576316" w:rsidSect="00F96879">
      <w:pgSz w:w="11907" w:h="16840" w:code="9"/>
      <w:pgMar w:top="1440" w:right="1797" w:bottom="1440" w:left="179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9009" w14:textId="77777777" w:rsidR="003862D2" w:rsidRDefault="003862D2" w:rsidP="006F2321">
      <w:pPr>
        <w:spacing w:after="0" w:line="240" w:lineRule="auto"/>
      </w:pPr>
      <w:r>
        <w:separator/>
      </w:r>
    </w:p>
  </w:endnote>
  <w:endnote w:type="continuationSeparator" w:id="0">
    <w:p w14:paraId="70DEECB0" w14:textId="77777777" w:rsidR="003862D2" w:rsidRDefault="003862D2" w:rsidP="006F2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58569" w14:textId="77777777" w:rsidR="003862D2" w:rsidRDefault="003862D2" w:rsidP="006F2321">
      <w:pPr>
        <w:spacing w:after="0" w:line="240" w:lineRule="auto"/>
      </w:pPr>
      <w:r>
        <w:separator/>
      </w:r>
    </w:p>
  </w:footnote>
  <w:footnote w:type="continuationSeparator" w:id="0">
    <w:p w14:paraId="572CAF3B" w14:textId="77777777" w:rsidR="003862D2" w:rsidRDefault="003862D2" w:rsidP="006F2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6136DC7"/>
    <w:multiLevelType w:val="hybridMultilevel"/>
    <w:tmpl w:val="8EB43620"/>
    <w:lvl w:ilvl="0" w:tplc="A9C4722C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3FA"/>
    <w:rsid w:val="0006063C"/>
    <w:rsid w:val="00112F81"/>
    <w:rsid w:val="001301E1"/>
    <w:rsid w:val="001322A2"/>
    <w:rsid w:val="0015074B"/>
    <w:rsid w:val="001C5A75"/>
    <w:rsid w:val="001D5952"/>
    <w:rsid w:val="00223319"/>
    <w:rsid w:val="002350BA"/>
    <w:rsid w:val="002673B4"/>
    <w:rsid w:val="0029639D"/>
    <w:rsid w:val="002F568E"/>
    <w:rsid w:val="00314921"/>
    <w:rsid w:val="00326F90"/>
    <w:rsid w:val="003862D2"/>
    <w:rsid w:val="003A0616"/>
    <w:rsid w:val="003A4479"/>
    <w:rsid w:val="00576316"/>
    <w:rsid w:val="005C4DFB"/>
    <w:rsid w:val="00644448"/>
    <w:rsid w:val="00667CDD"/>
    <w:rsid w:val="006F2321"/>
    <w:rsid w:val="00893903"/>
    <w:rsid w:val="008B15C7"/>
    <w:rsid w:val="008E3B84"/>
    <w:rsid w:val="00A15DDE"/>
    <w:rsid w:val="00A24188"/>
    <w:rsid w:val="00AA1D8D"/>
    <w:rsid w:val="00B40983"/>
    <w:rsid w:val="00B47730"/>
    <w:rsid w:val="00BB707D"/>
    <w:rsid w:val="00BF030A"/>
    <w:rsid w:val="00C21AC3"/>
    <w:rsid w:val="00C504FE"/>
    <w:rsid w:val="00C7203A"/>
    <w:rsid w:val="00C76F2D"/>
    <w:rsid w:val="00CB0664"/>
    <w:rsid w:val="00DB131D"/>
    <w:rsid w:val="00E92DA2"/>
    <w:rsid w:val="00EB4B35"/>
    <w:rsid w:val="00F35129"/>
    <w:rsid w:val="00F649E3"/>
    <w:rsid w:val="00F968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1EB51A"/>
  <w14:defaultImageDpi w14:val="300"/>
  <w15:docId w15:val="{36C3E74C-FFE7-46E4-89CE-B76EE203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山原 俊昭</cp:lastModifiedBy>
  <cp:revision>23</cp:revision>
  <cp:lastPrinted>2026-06-17T07:35:00Z</cp:lastPrinted>
  <dcterms:created xsi:type="dcterms:W3CDTF">2013-12-23T23:15:00Z</dcterms:created>
  <dcterms:modified xsi:type="dcterms:W3CDTF">2026-08-20T05:24:00Z</dcterms:modified>
  <cp:category/>
</cp:coreProperties>
</file>